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אפשר לקנות אושר? צרכנות ואושר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הנאה רגעית מקנייה לאושר ארוך טווח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שתורמים לאושר מעבר לצריכה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מושכלות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חדש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זמן עם אנשים שאוהבים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הדף מציין שדבר חדש משמח לזמן קצר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(הנאה 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(חוויה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(אושר ארוך טווח)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(סיפוק זמני)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להבדל בין הנאה קצרה מהמתנה להנאה ארוכה מהחוויה החברתית, תוך הנמקה מבוססת על תוכן העמוד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החוויה יוצרת זיכרון וקשר עם אנשים, בעוד שההתרגשות ממוצר דועכת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אושר רגעי קצר ודועך, אושר מתמשך נמשך זמן 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צעצוע/מוצר מול זמן עם משפחה או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הנמקה מבוססת על ההבדל בין שני סוגי האושר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קנייה אחרונה ששימחה את התלמידים ולשאול כמה זמן נמשכה השמחה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הדילמה האישית לדיון כיתתי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אפשר לקנות אושר? צרכנות ואושר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קנייה של דבר חדש משמחת אותנו לזמן קצר, אבל מחקרים מראים שזמן עם אנשים אהובים וחוויות משותפות משמחים לאורך זמן רב יותר. בדף זה נתרגל להבחין בין סוגי אושר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אוהבים  ·  זמן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פי הדף, מה משמח לזמן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כיף עם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חדש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משמח הרבה זמן, על 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עם אנשים שאוהבים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קנייה של מוצר חדש משמחת לזמן ארוך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זמן עם משפחה וחברים יכול לתרום לאושר ארוך טווח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חדש משמח אותנו ל__________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זמן עם אנשים ש__________ משמח הרבה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אושר ארוך טווח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כיף עם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סיפוק זמני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זמן עם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חוויה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קנייה אימפולסיבית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הנאה 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דילמה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ליום ההולדת שלכם מציעים לכם לבחור בין מתנה יקרה שרציתם לבין יום כיף עם החברים הכי טובים. מה תבחרו, ולמה? התייחסו למה שלמדתם על אושר רגעי לעומת אושר מתמשך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חוויות משותפות לרוב משמחות יותר זמן ממוצרים חדשים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אושר רגעי לאושר מתמשך?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מהעמוד לכל סוג אושר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אפשר לקנות אושר? צרכנות ואושר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