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האם אפשר לקנות אושר? צרכנות ואושר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הנאה רגעית מקנייה לאושר ארוך טווח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גורמים שתורמים לאושר מעבר לצריכה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צרכניות מושכלות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דבר חדש שקונים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זמן עם אנשים שאוהבים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אושר זה לא רק לקנות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צעצוע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הדף מציין שדבר חדש משמח לזמן קצר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בדף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הדף קובע שאושר זה לא רק לקנות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מדובר בפעילות משותפת עם אנשים קרובים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אוהבים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(הנאה קצרה)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(חוויה 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(אושר ארוך טווח)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(סיפוק זמני)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(שמחה שנשארת)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דילמה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להבדל בין הנאה קצרה מהמתנה להנאה ארוכה מהחוויה החברתית, תוך הנמקה מבוססת על תוכן העמוד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המתארת חוויה של קנייה שההתלהבות ממנה דעכה במהירות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החוויה יוצרת זיכרון וקשר עם אנשים, בעוד שההתרגשות ממוצר דועכת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סבירה כמו טיול משפחתי, בילוי עם חברים, לימוד תחביב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אושר רגעי קצר ודועך, אושר מתמשך נמשך זמן 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דוגמאות: צעצוע/מוצר מול זמן עם משפחה או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הנמקה מבוססת על ההבדל בין שני סוגי האושר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קנייה אחרונה ששימחה את התלמידים ולשאול כמה זמן נמשכה השמחה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הדילמה האישית לדיון כיתתי קצר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לקבוצות הזקוקות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האם אפשר לקנות אושר? צרכנות ואושר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כשקונים דבר חדש שמחים קצת זמן. כשנמצאים עם משפחה וחברים שמחים הרבה זמן. נלמד על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צרכנות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ושימוש במוצרים ושירותים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אושר רגעי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שמחה קצרה שחולפת מהר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אושר מתמשך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שמחה שנשארת הרבה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חוויה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שעושים ביחד עם אנשים, כמו טיול או יום כיף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שקונים, כמו צעצוע או בגד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צריך לבחור בין שתי אפשרויות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החלטה צרכנית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בחירה איך להשתמש בכסף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משמח רק קצת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כיף עם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חדש שקונים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טיול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משמח הרבה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צעצוע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עם אנשים שאוהבים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הרעיון המרכזי?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אושר זה רק לקנות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אושר זה לא רק לקנות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לא חשוב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לקנות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דוגמה לשמחה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כיף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זיכרון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צעצוע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טיול שנתי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של מוצר חדש משמחת לזמן ארוך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עם משפחה וחברים יכול לתרום לאושר ארוך טווח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פי הדף, אושר מגיע רק מקניות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כיף עם המשפחה הוא דוגמה לחוויה משותפת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דבר חדש משמח אותנו ל__________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זמן עם אנשים ש__________ משמח הרבה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אושר זה __________ רק לקנות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יום __________ עם המשפחה יכול לשמח לאורך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צעצוע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אושר ארוך טווח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כיף עם חברים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שמחה שנשארת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זמן עם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הנאה קצרה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קנייה אימפולסיבית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חוויה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זיכרון משותף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סיפוק זמני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דילמה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ליום ההולדת שלכם מציעים לכם לבחור בין מתנה יקרה שרציתם לבין יום כיף עם החברים הכי טובים. מה תבחרו, ולמה? התייחסו למה שלמדתם על אושר רגעי לעומת אושר מתמשך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מהחיים שלכם שבו משהו שקניתם שימח אתכם רק לזמן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חוויות משותפות לרוב משמחות יותר זמן ממוצרים חדשים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נוספת לפעילות שיכולה לשמח לאורך זמן רב, מעבר לדוגמאות בעמוד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אושר רגעי לאושר מתמשך?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מהעמוד לכל סוג אושר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הייתם בוחרים ביום ההולדת שלכם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האם אפשר לקנות אושר? צרכנות ואושר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